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A27" w:rsidRDefault="00D17BC2">
      <w:pPr>
        <w:jc w:val="center"/>
      </w:pPr>
      <w:r>
        <w:rPr>
          <w:b/>
          <w:sz w:val="24"/>
        </w:rPr>
        <w:t>TURISTIČKO-UGOSTITELJSKA ŠKOLA ŠIBENIK</w:t>
      </w:r>
    </w:p>
    <w:p w:rsidR="005A6A27" w:rsidRDefault="00D17BC2">
      <w:pPr>
        <w:jc w:val="center"/>
      </w:pPr>
      <w:r>
        <w:rPr>
          <w:b/>
          <w:sz w:val="28"/>
        </w:rPr>
        <w:t>OBRAZAC ZA SUDJELOVANJE U SAVJETOVANJU S JAVNOŠĆU</w:t>
      </w:r>
    </w:p>
    <w:p w:rsidR="005A6A27" w:rsidRPr="00D17BC2" w:rsidRDefault="00D17BC2" w:rsidP="00D17BC2">
      <w:pPr>
        <w:jc w:val="center"/>
        <w:rPr>
          <w:b/>
          <w:sz w:val="22"/>
        </w:rPr>
      </w:pPr>
      <w:proofErr w:type="gramStart"/>
      <w:r>
        <w:rPr>
          <w:b/>
          <w:sz w:val="22"/>
        </w:rPr>
        <w:t>o</w:t>
      </w:r>
      <w:proofErr w:type="gram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Nacrtu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Pravilnika</w:t>
      </w:r>
      <w:proofErr w:type="spellEnd"/>
      <w:r>
        <w:rPr>
          <w:b/>
          <w:sz w:val="22"/>
        </w:rPr>
        <w:t xml:space="preserve"> o </w:t>
      </w:r>
      <w:proofErr w:type="spellStart"/>
      <w:r>
        <w:rPr>
          <w:b/>
          <w:sz w:val="22"/>
        </w:rPr>
        <w:t>provedbi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postupaka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jednostavne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nabave</w:t>
      </w:r>
      <w:proofErr w:type="spellEnd"/>
      <w:r w:rsidRPr="00D17BC2">
        <w:t xml:space="preserve"> </w:t>
      </w:r>
      <w:r>
        <w:rPr>
          <w:b/>
          <w:sz w:val="22"/>
        </w:rPr>
        <w:t xml:space="preserve">robe, </w:t>
      </w:r>
      <w:proofErr w:type="spellStart"/>
      <w:r>
        <w:rPr>
          <w:b/>
          <w:sz w:val="22"/>
        </w:rPr>
        <w:t>usluga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radova</w:t>
      </w:r>
      <w:proofErr w:type="spellEnd"/>
      <w:r>
        <w:rPr>
          <w:b/>
          <w:sz w:val="22"/>
        </w:rPr>
        <w:t xml:space="preserve"> u </w:t>
      </w:r>
      <w:r>
        <w:rPr>
          <w:b/>
          <w:sz w:val="22"/>
        </w:rPr>
        <w:br/>
      </w:r>
      <w:proofErr w:type="spellStart"/>
      <w:r>
        <w:rPr>
          <w:b/>
          <w:sz w:val="22"/>
        </w:rPr>
        <w:t>Turističko-ugostiteljskoj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školi</w:t>
      </w:r>
      <w:proofErr w:type="spellEnd"/>
      <w:r>
        <w:rPr>
          <w:b/>
          <w:sz w:val="22"/>
        </w:rPr>
        <w:t xml:space="preserve"> Šibenik</w:t>
      </w:r>
      <w:bookmarkStart w:id="0" w:name="_GoBack"/>
      <w:bookmarkEnd w:id="0"/>
    </w:p>
    <w:p w:rsidR="005A6A27" w:rsidRDefault="005A6A27"/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5A6A27">
        <w:trPr>
          <w:jc w:val="center"/>
        </w:trPr>
        <w:tc>
          <w:tcPr>
            <w:tcW w:w="4816" w:type="dxa"/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5A6A27" w:rsidRDefault="00D17BC2">
            <w:r>
              <w:rPr>
                <w:b/>
              </w:rPr>
              <w:t>Naziv dokumenta o kojem se provodi savjetovanje</w:t>
            </w:r>
          </w:p>
        </w:tc>
        <w:tc>
          <w:tcPr>
            <w:tcW w:w="48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5A6A27" w:rsidRDefault="00D17BC2">
            <w:r>
              <w:t xml:space="preserve">Nacrt </w:t>
            </w:r>
            <w:r>
              <w:t>Pravilnika o provedbi postupaka jednostavne nabave u Turističko-ugostiteljskoj školi Šibenik</w:t>
            </w:r>
          </w:p>
        </w:tc>
      </w:tr>
      <w:tr w:rsidR="005A6A27">
        <w:trPr>
          <w:jc w:val="center"/>
        </w:trPr>
        <w:tc>
          <w:tcPr>
            <w:tcW w:w="4816" w:type="dxa"/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5A6A27" w:rsidRDefault="00D17BC2">
            <w:r>
              <w:rPr>
                <w:b/>
              </w:rPr>
              <w:t>Razdoblje savjetovanja</w:t>
            </w:r>
          </w:p>
        </w:tc>
        <w:tc>
          <w:tcPr>
            <w:tcW w:w="48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5A6A27" w:rsidRDefault="005B7BE7" w:rsidP="005B7BE7">
            <w:proofErr w:type="gramStart"/>
            <w:r w:rsidRPr="005B7BE7">
              <w:t>od</w:t>
            </w:r>
            <w:proofErr w:type="gramEnd"/>
            <w:r w:rsidRPr="005B7BE7">
              <w:t xml:space="preserve"> 18. </w:t>
            </w:r>
            <w:proofErr w:type="spellStart"/>
            <w:proofErr w:type="gramStart"/>
            <w:r w:rsidRPr="005B7BE7">
              <w:t>kolovoza</w:t>
            </w:r>
            <w:proofErr w:type="spellEnd"/>
            <w:proofErr w:type="gramEnd"/>
            <w:r w:rsidRPr="005B7BE7">
              <w:t xml:space="preserve"> 2026. </w:t>
            </w:r>
            <w:proofErr w:type="gramStart"/>
            <w:r w:rsidRPr="005B7BE7">
              <w:t>do</w:t>
            </w:r>
            <w:proofErr w:type="gramEnd"/>
            <w:r w:rsidRPr="005B7BE7">
              <w:t xml:space="preserve"> 17. </w:t>
            </w:r>
            <w:proofErr w:type="spellStart"/>
            <w:proofErr w:type="gramStart"/>
            <w:r w:rsidRPr="005B7BE7">
              <w:t>rujna</w:t>
            </w:r>
            <w:proofErr w:type="spellEnd"/>
            <w:proofErr w:type="gramEnd"/>
            <w:r w:rsidRPr="005B7BE7">
              <w:t xml:space="preserve"> 2026. </w:t>
            </w:r>
            <w:proofErr w:type="spellStart"/>
            <w:proofErr w:type="gramStart"/>
            <w:r>
              <w:t>godine</w:t>
            </w:r>
            <w:proofErr w:type="spellEnd"/>
            <w:proofErr w:type="gramEnd"/>
            <w:r>
              <w:t>.</w:t>
            </w:r>
          </w:p>
        </w:tc>
      </w:tr>
      <w:tr w:rsidR="005A6A27">
        <w:trPr>
          <w:jc w:val="center"/>
        </w:trPr>
        <w:tc>
          <w:tcPr>
            <w:tcW w:w="4816" w:type="dxa"/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5A6A27" w:rsidRDefault="00D17BC2">
            <w:r>
              <w:rPr>
                <w:b/>
              </w:rPr>
              <w:t>Ime i prezime / naziv pravne osobe</w:t>
            </w:r>
          </w:p>
        </w:tc>
        <w:tc>
          <w:tcPr>
            <w:tcW w:w="48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5A6A27" w:rsidRDefault="005A6A27"/>
        </w:tc>
      </w:tr>
      <w:tr w:rsidR="005A6A27">
        <w:trPr>
          <w:jc w:val="center"/>
        </w:trPr>
        <w:tc>
          <w:tcPr>
            <w:tcW w:w="4816" w:type="dxa"/>
            <w:shd w:val="clear" w:color="auto" w:fill="E7E6E6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5A6A27" w:rsidRDefault="00D17BC2">
            <w:r>
              <w:rPr>
                <w:b/>
              </w:rPr>
              <w:t>E-mail adresa</w:t>
            </w:r>
          </w:p>
        </w:tc>
        <w:tc>
          <w:tcPr>
            <w:tcW w:w="481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5A6A27" w:rsidRDefault="005A6A27"/>
        </w:tc>
      </w:tr>
    </w:tbl>
    <w:p w:rsidR="005A6A27" w:rsidRDefault="005A6A27"/>
    <w:p w:rsidR="005A6A27" w:rsidRDefault="00D17BC2">
      <w:r>
        <w:rPr>
          <w:b/>
          <w:sz w:val="22"/>
        </w:rPr>
        <w:t>PRIJEDLOZI, PRIMJEDBE I MIŠL</w:t>
      </w:r>
      <w:r>
        <w:rPr>
          <w:b/>
          <w:sz w:val="22"/>
        </w:rPr>
        <w:t>JENJA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2"/>
      </w:tblGrid>
      <w:tr w:rsidR="005A6A27">
        <w:trPr>
          <w:jc w:val="center"/>
        </w:trPr>
        <w:tc>
          <w:tcPr>
            <w:tcW w:w="96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A27" w:rsidRDefault="00D17BC2">
            <w:r>
              <w:rPr>
                <w:b/>
              </w:rPr>
              <w:t>Odredba Nacrta Pravilnika na koju se prijedlog, primjedba ili mišljenje odnosi (članak/stavak):</w:t>
            </w:r>
          </w:p>
          <w:p w:rsidR="005A6A27" w:rsidRDefault="005A6A27"/>
          <w:p w:rsidR="005A6A27" w:rsidRDefault="005A6A27"/>
          <w:p w:rsidR="005A6A27" w:rsidRDefault="005A6A27"/>
        </w:tc>
      </w:tr>
      <w:tr w:rsidR="005A6A27">
        <w:trPr>
          <w:jc w:val="center"/>
        </w:trPr>
        <w:tc>
          <w:tcPr>
            <w:tcW w:w="96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A27" w:rsidRDefault="00D17BC2">
            <w:r>
              <w:rPr>
                <w:b/>
              </w:rPr>
              <w:t>Tekst prijedloga, primjedbe ili mišljenja:</w:t>
            </w:r>
          </w:p>
          <w:p w:rsidR="005A6A27" w:rsidRDefault="005A6A27"/>
          <w:p w:rsidR="005A6A27" w:rsidRDefault="005A6A27"/>
          <w:p w:rsidR="005A6A27" w:rsidRDefault="005A6A27"/>
          <w:p w:rsidR="005A6A27" w:rsidRDefault="005A6A27"/>
          <w:p w:rsidR="005A6A27" w:rsidRDefault="005A6A27"/>
        </w:tc>
      </w:tr>
      <w:tr w:rsidR="005A6A27">
        <w:trPr>
          <w:jc w:val="center"/>
        </w:trPr>
        <w:tc>
          <w:tcPr>
            <w:tcW w:w="96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6A27" w:rsidRDefault="00D17BC2">
            <w:r>
              <w:rPr>
                <w:b/>
              </w:rPr>
              <w:t>Obrazloženje prijedloga, primjedbe ili mišljenja:</w:t>
            </w:r>
          </w:p>
          <w:p w:rsidR="005A6A27" w:rsidRDefault="005A6A27"/>
          <w:p w:rsidR="005A6A27" w:rsidRDefault="005A6A27"/>
          <w:p w:rsidR="005A6A27" w:rsidRDefault="005A6A27"/>
          <w:p w:rsidR="005A6A27" w:rsidRDefault="005A6A27"/>
          <w:p w:rsidR="005A6A27" w:rsidRDefault="005A6A27"/>
        </w:tc>
      </w:tr>
    </w:tbl>
    <w:p w:rsidR="005A6A27" w:rsidRDefault="005A6A27"/>
    <w:p w:rsidR="005B7BE7" w:rsidRDefault="00D17BC2">
      <w:pPr>
        <w:rPr>
          <w:b/>
        </w:rPr>
      </w:pPr>
      <w:r>
        <w:t xml:space="preserve">Popunjeni obrazac potrebno je dostaviti elektroničkom </w:t>
      </w:r>
      <w:proofErr w:type="spellStart"/>
      <w:r>
        <w:t>poštom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adresu</w:t>
      </w:r>
      <w:proofErr w:type="spellEnd"/>
      <w:r>
        <w:t xml:space="preserve">: </w:t>
      </w:r>
    </w:p>
    <w:p w:rsidR="005A6A27" w:rsidRDefault="005B7BE7">
      <w:r w:rsidRPr="005B7BE7">
        <w:rPr>
          <w:b/>
        </w:rPr>
        <w:t>ured@ss-turisticko-ugostiteljska-si.skole.hr</w:t>
      </w:r>
    </w:p>
    <w:p w:rsidR="005A6A27" w:rsidRPr="005B7BE7" w:rsidRDefault="00D17BC2">
      <w:pPr>
        <w:rPr>
          <w:b/>
        </w:rPr>
      </w:pPr>
      <w:proofErr w:type="spellStart"/>
      <w:proofErr w:type="gramStart"/>
      <w:r w:rsidRPr="005B7BE7">
        <w:rPr>
          <w:b/>
        </w:rPr>
        <w:t>najkasnije</w:t>
      </w:r>
      <w:proofErr w:type="spellEnd"/>
      <w:proofErr w:type="gramEnd"/>
      <w:r w:rsidRPr="005B7BE7">
        <w:rPr>
          <w:b/>
        </w:rPr>
        <w:t xml:space="preserve"> do </w:t>
      </w:r>
      <w:r w:rsidR="005B7BE7" w:rsidRPr="005B7BE7">
        <w:rPr>
          <w:b/>
        </w:rPr>
        <w:t xml:space="preserve">17. </w:t>
      </w:r>
      <w:proofErr w:type="spellStart"/>
      <w:proofErr w:type="gramStart"/>
      <w:r w:rsidR="005B7BE7" w:rsidRPr="005B7BE7">
        <w:rPr>
          <w:b/>
        </w:rPr>
        <w:t>rujna</w:t>
      </w:r>
      <w:proofErr w:type="spellEnd"/>
      <w:proofErr w:type="gramEnd"/>
      <w:r w:rsidR="005B7BE7" w:rsidRPr="005B7BE7">
        <w:rPr>
          <w:b/>
        </w:rPr>
        <w:t xml:space="preserve"> 2026. </w:t>
      </w:r>
      <w:proofErr w:type="spellStart"/>
      <w:proofErr w:type="gramStart"/>
      <w:r w:rsidR="005B7BE7" w:rsidRPr="005B7BE7">
        <w:rPr>
          <w:b/>
        </w:rPr>
        <w:t>godine</w:t>
      </w:r>
      <w:proofErr w:type="spellEnd"/>
      <w:proofErr w:type="gramEnd"/>
      <w:r w:rsidR="005B7BE7" w:rsidRPr="005B7BE7">
        <w:rPr>
          <w:b/>
        </w:rPr>
        <w:t xml:space="preserve"> do 23:59 sati</w:t>
      </w:r>
      <w:r w:rsidRPr="005B7BE7">
        <w:rPr>
          <w:b/>
        </w:rPr>
        <w:t>.</w:t>
      </w:r>
    </w:p>
    <w:p w:rsidR="005A6A27" w:rsidRDefault="00D17BC2">
      <w:r>
        <w:t xml:space="preserve">Po završetku savjetovanja pristigli prijedlozi, primjedbe i mišljenja bit </w:t>
      </w:r>
      <w:proofErr w:type="gramStart"/>
      <w:r>
        <w:t>će</w:t>
      </w:r>
      <w:proofErr w:type="gramEnd"/>
      <w:r>
        <w:t xml:space="preserve"> razmotreni, a Izvje</w:t>
      </w:r>
      <w:r>
        <w:t>šće o provedenom savjetovanju s javnošću bit će objavljeno na mrežnoj stranici Turističko-ugostiteljske škole Šibenik.</w:t>
      </w:r>
    </w:p>
    <w:p w:rsidR="005A6A27" w:rsidRDefault="00D17BC2">
      <w:r>
        <w:rPr>
          <w:b/>
        </w:rPr>
        <w:t xml:space="preserve">Napomena: </w:t>
      </w:r>
      <w:r>
        <w:t xml:space="preserve">Osobni podaci dostavljeni u okviru savjetovanja koristit će se isključivo u svrhu provedbe savjetovanja s javnošću, u skladu s </w:t>
      </w:r>
      <w:r>
        <w:t>propisima kojima se uređuje zaštita osobnih podataka.</w:t>
      </w:r>
    </w:p>
    <w:sectPr w:rsidR="005A6A27" w:rsidSect="00034616"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A6A27"/>
    <w:rsid w:val="005B7BE7"/>
    <w:rsid w:val="00AA1D8D"/>
    <w:rsid w:val="00B47730"/>
    <w:rsid w:val="00CB0664"/>
    <w:rsid w:val="00D17B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25D77F"/>
  <w14:defaultImageDpi w14:val="300"/>
  <w15:docId w15:val="{02F05EBB-B765-46ED-BD55-4A9C63F0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762591-E889-41C7-A9DA-918C25758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Damir</cp:lastModifiedBy>
  <cp:revision>2</cp:revision>
  <dcterms:created xsi:type="dcterms:W3CDTF">2026-08-18T08:37:00Z</dcterms:created>
  <dcterms:modified xsi:type="dcterms:W3CDTF">2026-08-18T08:37:00Z</dcterms:modified>
  <cp:category/>
</cp:coreProperties>
</file>